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0B490" w14:textId="7266148C" w:rsidR="00F92CB5" w:rsidRPr="006C6513" w:rsidRDefault="009C0EFA">
      <w:pPr>
        <w:pStyle w:val="1"/>
        <w:rPr>
          <w:color w:val="000000" w:themeColor="text1"/>
        </w:rPr>
      </w:pPr>
      <w:r w:rsidRPr="006C6513">
        <w:rPr>
          <w:color w:val="000000" w:themeColor="text1"/>
        </w:rPr>
        <w:t xml:space="preserve">                                    </w:t>
      </w:r>
      <w:r w:rsidR="00000000" w:rsidRPr="006C6513">
        <w:rPr>
          <w:color w:val="000000" w:themeColor="text1"/>
        </w:rPr>
        <w:t>Official Letterhead of the Organization</w:t>
      </w:r>
    </w:p>
    <w:p w14:paraId="3F6BE0C3" w14:textId="10F022EC" w:rsidR="00F92CB5" w:rsidRPr="006C6513" w:rsidRDefault="00000000">
      <w:pPr>
        <w:rPr>
          <w:b/>
          <w:bCs/>
        </w:rPr>
      </w:pPr>
      <w:r>
        <w:br/>
      </w:r>
      <w:r w:rsidR="009C0EFA" w:rsidRPr="006C6513">
        <w:rPr>
          <w:b/>
          <w:bCs/>
          <w:lang w:val="ru-RU"/>
        </w:rPr>
        <w:t xml:space="preserve">                                                                            </w:t>
      </w:r>
      <w:r w:rsidRPr="006C6513">
        <w:rPr>
          <w:b/>
          <w:bCs/>
        </w:rPr>
        <w:t>Sample Letter</w:t>
      </w:r>
      <w:r w:rsidRPr="006C6513">
        <w:rPr>
          <w:b/>
          <w:bCs/>
        </w:rPr>
        <w:br/>
      </w:r>
    </w:p>
    <w:p w14:paraId="289A7AC6" w14:textId="77777777" w:rsidR="00F92CB5" w:rsidRDefault="00000000">
      <w:r w:rsidRPr="006C6513">
        <w:rPr>
          <w:b/>
          <w:bCs/>
        </w:rPr>
        <w:t>From</w:t>
      </w:r>
      <w:r>
        <w:t>: [Company Name]</w:t>
      </w:r>
      <w:r>
        <w:br/>
      </w:r>
      <w:r w:rsidRPr="006C6513">
        <w:rPr>
          <w:b/>
          <w:bCs/>
        </w:rPr>
        <w:t>To</w:t>
      </w:r>
      <w:r>
        <w:t>: Director General of the State Unitary Enterprise “Diplomatic Service Agency” under the Ministry of Foreign Affairs of the Republic of Uzbekistan, Mr. O.Kh. Egamberdiev</w:t>
      </w:r>
      <w:r>
        <w:br/>
      </w:r>
      <w:r w:rsidRPr="006C6513">
        <w:rPr>
          <w:b/>
          <w:bCs/>
        </w:rPr>
        <w:t>Date</w:t>
      </w:r>
      <w:r>
        <w:t>: [date]</w:t>
      </w:r>
      <w:r>
        <w:br/>
      </w:r>
      <w:r w:rsidRPr="006C6513">
        <w:rPr>
          <w:b/>
          <w:bCs/>
        </w:rPr>
        <w:t>Ref. No</w:t>
      </w:r>
      <w:r>
        <w:t>.: [number]</w:t>
      </w:r>
      <w:r>
        <w:br/>
      </w:r>
    </w:p>
    <w:p w14:paraId="4964C0EA" w14:textId="77777777" w:rsidR="00F92CB5" w:rsidRDefault="00000000">
      <w:r>
        <w:t>Dear Mr. Oybek Khudayorovich,</w:t>
      </w:r>
      <w:r>
        <w:br/>
      </w:r>
    </w:p>
    <w:p w14:paraId="3949B9AF" w14:textId="77777777" w:rsidR="00F92CB5" w:rsidRDefault="00000000">
      <w:r>
        <w:t>We kindly request your assistance in organizing the passage through the VIP Hall of Islam Karimov Tashkent International Airport for the following passengers:</w:t>
      </w:r>
    </w:p>
    <w:p w14:paraId="5C653EE5" w14:textId="77777777" w:rsidR="00F92CB5" w:rsidRDefault="00000000">
      <w:r w:rsidRPr="006C6513">
        <w:rPr>
          <w:b/>
          <w:bCs/>
        </w:rPr>
        <w:t>1. Flight Details:</w:t>
      </w:r>
      <w:r w:rsidRPr="006C6513">
        <w:rPr>
          <w:b/>
          <w:bCs/>
        </w:rPr>
        <w:br/>
      </w:r>
      <w:r>
        <w:t>Flight number: [flight number]</w:t>
      </w:r>
      <w:r>
        <w:br/>
        <w:t>Date and time of departure/arrival: [date, time]</w:t>
      </w:r>
      <w:r>
        <w:br/>
        <w:t>Route: [from – to]</w:t>
      </w:r>
      <w:r>
        <w:br/>
      </w:r>
    </w:p>
    <w:p w14:paraId="332ACC9B" w14:textId="77777777" w:rsidR="00F92CB5" w:rsidRDefault="00000000">
      <w:r w:rsidRPr="006C6513">
        <w:rPr>
          <w:b/>
          <w:bCs/>
        </w:rPr>
        <w:t>2. Passengers</w:t>
      </w:r>
      <w:r>
        <w:t>:</w:t>
      </w:r>
      <w:r>
        <w:br/>
        <w:t>[Full name, passport details (if required), status (VIP/guest/official)].</w:t>
      </w:r>
      <w:r>
        <w:br/>
      </w:r>
    </w:p>
    <w:p w14:paraId="0BF821FD" w14:textId="77777777" w:rsidR="00F92CB5" w:rsidRDefault="00000000">
      <w:r>
        <w:t>We guarantee timely payment for the services provided in accordance with the applicable tariffs.</w:t>
      </w:r>
    </w:p>
    <w:sectPr w:rsidR="00F92CB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9097139">
    <w:abstractNumId w:val="8"/>
  </w:num>
  <w:num w:numId="2" w16cid:durableId="1062481453">
    <w:abstractNumId w:val="6"/>
  </w:num>
  <w:num w:numId="3" w16cid:durableId="1305433115">
    <w:abstractNumId w:val="5"/>
  </w:num>
  <w:num w:numId="4" w16cid:durableId="480539235">
    <w:abstractNumId w:val="4"/>
  </w:num>
  <w:num w:numId="5" w16cid:durableId="1858618486">
    <w:abstractNumId w:val="7"/>
  </w:num>
  <w:num w:numId="6" w16cid:durableId="1565599955">
    <w:abstractNumId w:val="3"/>
  </w:num>
  <w:num w:numId="7" w16cid:durableId="1653557691">
    <w:abstractNumId w:val="2"/>
  </w:num>
  <w:num w:numId="8" w16cid:durableId="2001077365">
    <w:abstractNumId w:val="1"/>
  </w:num>
  <w:num w:numId="9" w16cid:durableId="1190096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C6513"/>
    <w:rsid w:val="0088663F"/>
    <w:rsid w:val="009C0EFA"/>
    <w:rsid w:val="00AA1D8D"/>
    <w:rsid w:val="00B47730"/>
    <w:rsid w:val="00B73568"/>
    <w:rsid w:val="00CB0664"/>
    <w:rsid w:val="00F92CB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53E6FC"/>
  <w14:defaultImageDpi w14:val="300"/>
  <w15:docId w15:val="{D88DC942-D508-4301-A019-1B479D3C9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pso2</cp:lastModifiedBy>
  <cp:revision>2</cp:revision>
  <dcterms:created xsi:type="dcterms:W3CDTF">2013-12-23T23:15:00Z</dcterms:created>
  <dcterms:modified xsi:type="dcterms:W3CDTF">2026-01-30T05:40:00Z</dcterms:modified>
  <cp:category/>
</cp:coreProperties>
</file>